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24/7 IT Support</w:t>
      </w:r>
    </w:p>
    <w:p>
      <w:r>
        <w:t>We provide the following services under this category:</w:t>
        <w:br/>
      </w:r>
    </w:p>
    <w:p>
      <w:pPr>
        <w:pStyle w:val="ListBullet"/>
      </w:pPr>
      <w:r>
        <w:t>• Round-the-clock remote and on-site troubleshooting</w:t>
      </w:r>
    </w:p>
    <w:p>
      <w:pPr>
        <w:pStyle w:val="ListBullet"/>
      </w:pPr>
      <w:r>
        <w:t>• Emergency diagnostics and quick fixes</w:t>
      </w:r>
    </w:p>
    <w:p>
      <w:pPr>
        <w:pStyle w:val="ListBullet"/>
      </w:pPr>
      <w:r>
        <w:t>• CCTV maintenance and support</w:t>
      </w:r>
    </w:p>
    <w:p>
      <w:pPr>
        <w:pStyle w:val="ListBullet"/>
      </w:pPr>
      <w:r>
        <w:t>• Monitoring systems for uptime and security</w:t>
      </w:r>
    </w:p>
    <w:p>
      <w:r>
        <w:br/>
        <w:t>Why choose us?</w:t>
        <w:br/>
        <w:t>- Local expertise with global standards</w:t>
        <w:br/>
        <w:t>- Affordable, fast, and friendly support</w:t>
        <w:br/>
        <w:t>- Solutions tailored to your needs</w:t>
      </w:r>
    </w:p>
    <w:p>
      <w:r>
        <w:br/>
        <w:t>Contact Us:</w:t>
        <w:br/>
        <w:t>Phone: 0747910720</w:t>
        <w:br/>
        <w:t>Email: info@jalonextech.com</w:t>
        <w:br/>
        <w:t>Instagram: @jalonex_tech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