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Data Science and Analytics</w:t>
      </w:r>
    </w:p>
    <w:p>
      <w:r>
        <w:t>We provide the following services under this category:</w:t>
        <w:br/>
      </w:r>
    </w:p>
    <w:p>
      <w:pPr>
        <w:pStyle w:val="ListBullet"/>
      </w:pPr>
      <w:r>
        <w:t>• Customer behavior analysis and business intelligence tools</w:t>
      </w:r>
    </w:p>
    <w:p>
      <w:pPr>
        <w:pStyle w:val="ListBullet"/>
      </w:pPr>
      <w:r>
        <w:t>• Data visualization dashboards using Python, Power BI, or Google Data Studio</w:t>
      </w:r>
    </w:p>
    <w:p>
      <w:pPr>
        <w:pStyle w:val="ListBullet"/>
      </w:pPr>
      <w:r>
        <w:t>• Custom AI models for basic prediction needs</w:t>
      </w:r>
    </w:p>
    <w:p>
      <w:pPr>
        <w:pStyle w:val="ListBullet"/>
      </w:pPr>
      <w:r>
        <w:t>• Database design, reporting, and automation</w:t>
      </w:r>
    </w:p>
    <w:p>
      <w:r>
        <w:br/>
        <w:t>Why choose us?</w:t>
        <w:br/>
        <w:t>- Local expertise with global standards</w:t>
        <w:br/>
        <w:t>- Affordable, fast, and friendly support</w:t>
        <w:br/>
        <w:t>- Solutions tailored to your needs</w:t>
      </w:r>
    </w:p>
    <w:p>
      <w:r>
        <w:br/>
        <w:t>Contact Us:</w:t>
        <w:br/>
        <w:t>Phone: 0747910720</w:t>
        <w:br/>
        <w:t>Email: info@jalonextech.com</w:t>
        <w:br/>
        <w:t>Instagram: @jalonex_tech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