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Tech Education and Workshops</w:t>
      </w:r>
    </w:p>
    <w:p>
      <w:r>
        <w:t>We provide the following services under this category:</w:t>
        <w:br/>
      </w:r>
    </w:p>
    <w:p>
      <w:pPr>
        <w:pStyle w:val="ListBullet"/>
      </w:pPr>
      <w:r>
        <w:t>• IoT education: smart systems, microcontrollers (Arduino/ESP32)</w:t>
      </w:r>
    </w:p>
    <w:p>
      <w:pPr>
        <w:pStyle w:val="ListBullet"/>
      </w:pPr>
      <w:r>
        <w:t>• CCTV installation training and demo kits</w:t>
      </w:r>
    </w:p>
    <w:p>
      <w:pPr>
        <w:pStyle w:val="ListBullet"/>
      </w:pPr>
      <w:r>
        <w:t>• Workshops on coding (Python, HTML/CSS/JS), cybersecurity basics, networking</w:t>
      </w:r>
    </w:p>
    <w:p>
      <w:pPr>
        <w:pStyle w:val="ListBullet"/>
      </w:pPr>
      <w:r>
        <w:t>• Professional tech mentorship for students and startups</w:t>
      </w:r>
    </w:p>
    <w:p>
      <w:r>
        <w:br/>
        <w:t>Why choose us?</w:t>
        <w:br/>
        <w:t>- Local expertise with global standards</w:t>
        <w:br/>
        <w:t>- Affordable, fast, and friendly support</w:t>
        <w:br/>
        <w:t>- Solutions tailored to your needs</w:t>
      </w:r>
    </w:p>
    <w:p>
      <w:r>
        <w:br/>
        <w:t>Contact Us:</w:t>
        <w:br/>
        <w:t>Phone: 0747910720</w:t>
        <w:br/>
        <w:t>Email: info@jalonextech.com</w:t>
        <w:br/>
        <w:t>Instagram: @jalonex_tech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